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737FF70" w14:textId="77777777" w:rsidR="006E65CD" w:rsidRPr="0078571A" w:rsidRDefault="00ED2ED4" w:rsidP="0014615A">
      <w:pPr>
        <w:pStyle w:val="Titolo1"/>
        <w:jc w:val="center"/>
        <w:rPr>
          <w:color w:val="auto"/>
        </w:rPr>
      </w:pPr>
      <w:r w:rsidRPr="0078571A">
        <w:rPr>
          <w:color w:val="auto"/>
        </w:rPr>
        <w:t>DICHIARAZIONE DI ASSUNZIONE DI RESPONSABILITÀ</w:t>
      </w:r>
    </w:p>
    <w:p w14:paraId="7A4F4D64" w14:textId="77777777" w:rsidR="006E65CD" w:rsidRPr="0078571A" w:rsidRDefault="00ED2ED4" w:rsidP="0014615A">
      <w:pPr>
        <w:pStyle w:val="Titolo2"/>
        <w:jc w:val="center"/>
        <w:rPr>
          <w:color w:val="auto"/>
        </w:rPr>
      </w:pPr>
      <w:r w:rsidRPr="0078571A">
        <w:rPr>
          <w:color w:val="auto"/>
        </w:rPr>
        <w:t>per l'utilizzo della rete WiFi d'Istituto</w:t>
      </w:r>
    </w:p>
    <w:p w14:paraId="4F58F023" w14:textId="77777777" w:rsidR="006E65CD" w:rsidRPr="0078571A" w:rsidRDefault="00ED2ED4">
      <w:r w:rsidRPr="0078571A">
        <w:t>Il/La sottoscritto/a ________________________________________________</w:t>
      </w:r>
    </w:p>
    <w:p w14:paraId="22013D77" w14:textId="77777777" w:rsidR="006E65CD" w:rsidRPr="0078571A" w:rsidRDefault="00ED2ED4">
      <w:r w:rsidRPr="0078571A">
        <w:t>in qualità di □ Docente □ Personale ATA</w:t>
      </w:r>
    </w:p>
    <w:p w14:paraId="249FD466" w14:textId="77777777" w:rsidR="006E65CD" w:rsidRPr="0078571A" w:rsidRDefault="00ED2ED4">
      <w:r w:rsidRPr="0078571A">
        <w:t xml:space="preserve">presso l'Istituto </w:t>
      </w:r>
      <w:r w:rsidRPr="0078571A">
        <w:t>________________________________________________</w:t>
      </w:r>
    </w:p>
    <w:p w14:paraId="22A4228D" w14:textId="77777777" w:rsidR="006E65CD" w:rsidRPr="0078571A" w:rsidRDefault="00ED2ED4" w:rsidP="0014615A">
      <w:pPr>
        <w:pStyle w:val="Titolo2"/>
        <w:jc w:val="center"/>
        <w:rPr>
          <w:color w:val="auto"/>
        </w:rPr>
      </w:pPr>
      <w:r w:rsidRPr="0078571A">
        <w:rPr>
          <w:color w:val="auto"/>
        </w:rPr>
        <w:t>CHIEDE</w:t>
      </w:r>
    </w:p>
    <w:p w14:paraId="0DCE385E" w14:textId="60736468" w:rsidR="006E65CD" w:rsidRPr="0078571A" w:rsidRDefault="00ED2ED4">
      <w:r w:rsidRPr="0078571A">
        <w:t xml:space="preserve">l'autorizzazione ad accedere alla rete WiFi dell'Istituto mediante dispositivi </w:t>
      </w:r>
      <w:r w:rsidRPr="0078571A">
        <w:t>per finalità istituzionali e didattiche</w:t>
      </w:r>
    </w:p>
    <w:p w14:paraId="3B552A04" w14:textId="77777777" w:rsidR="006E65CD" w:rsidRPr="0078571A" w:rsidRDefault="00ED2ED4" w:rsidP="0014615A">
      <w:pPr>
        <w:pStyle w:val="Titolo2"/>
        <w:jc w:val="center"/>
        <w:rPr>
          <w:color w:val="auto"/>
        </w:rPr>
      </w:pPr>
      <w:r w:rsidRPr="0078571A">
        <w:rPr>
          <w:color w:val="auto"/>
        </w:rPr>
        <w:t>e contestualmente DICHIARA</w:t>
      </w:r>
    </w:p>
    <w:p w14:paraId="4D39BA50" w14:textId="79383990" w:rsidR="006E65CD" w:rsidRDefault="00ED2ED4" w:rsidP="0014615A">
      <w:pPr>
        <w:pStyle w:val="Paragrafoelenco"/>
        <w:numPr>
          <w:ilvl w:val="0"/>
          <w:numId w:val="10"/>
        </w:numPr>
        <w:ind w:left="426"/>
      </w:pPr>
      <w:r w:rsidRPr="0078571A">
        <w:t>di aver preso visione del "Regolamento utilizzo rete Wi-Fi d'Istituto" e di accettarne integralmente le condizioni;</w:t>
      </w:r>
    </w:p>
    <w:p w14:paraId="78D0D4E9" w14:textId="41D0E2ED" w:rsidR="0014615A" w:rsidRPr="0078571A" w:rsidRDefault="0014615A" w:rsidP="0014615A">
      <w:pPr>
        <w:pStyle w:val="Paragrafoelenco"/>
        <w:numPr>
          <w:ilvl w:val="0"/>
          <w:numId w:val="10"/>
        </w:numPr>
        <w:ind w:left="426"/>
      </w:pPr>
      <w:r>
        <w:t>di aver letto e compreso l’informativa privacy redatta dall’istituto</w:t>
      </w:r>
    </w:p>
    <w:p w14:paraId="3AAD6741" w14:textId="0FE3BFE2" w:rsidR="006E65CD" w:rsidRPr="0078571A" w:rsidRDefault="00ED2ED4" w:rsidP="0014615A">
      <w:pPr>
        <w:pStyle w:val="Paragrafoelenco"/>
        <w:numPr>
          <w:ilvl w:val="0"/>
          <w:numId w:val="10"/>
        </w:numPr>
        <w:ind w:left="426"/>
      </w:pPr>
      <w:r w:rsidRPr="0078571A">
        <w:t>di essere consapevole che l'accesso alla rete WiFi è consentito esclusivamente per finalità connesse all'attività didattica, formativa e lavorativa;</w:t>
      </w:r>
    </w:p>
    <w:p w14:paraId="295EFA70" w14:textId="659BA610" w:rsidR="006E65CD" w:rsidRPr="0078571A" w:rsidRDefault="00ED2ED4" w:rsidP="0014615A">
      <w:pPr>
        <w:pStyle w:val="Paragrafoelenco"/>
        <w:numPr>
          <w:ilvl w:val="0"/>
          <w:numId w:val="10"/>
        </w:numPr>
        <w:ind w:left="426"/>
      </w:pPr>
      <w:r w:rsidRPr="0078571A">
        <w:t>di impegnarsi a:</w:t>
      </w:r>
    </w:p>
    <w:p w14:paraId="3BBA5BA7" w14:textId="5BF1318C" w:rsidR="006E65CD" w:rsidRPr="0078571A" w:rsidRDefault="00ED2ED4" w:rsidP="0014615A">
      <w:pPr>
        <w:pStyle w:val="Paragrafoelenco"/>
        <w:numPr>
          <w:ilvl w:val="0"/>
          <w:numId w:val="12"/>
        </w:numPr>
      </w:pPr>
      <w:r w:rsidRPr="0078571A">
        <w:t>mantenere riservate le credenziali di accesso fornite dall'Istituto, non comunicandole a terzi;</w:t>
      </w:r>
    </w:p>
    <w:p w14:paraId="775ADBA6" w14:textId="27A0C488" w:rsidR="006E65CD" w:rsidRPr="0078571A" w:rsidRDefault="00ED2ED4" w:rsidP="0014615A">
      <w:pPr>
        <w:pStyle w:val="Paragrafoelenco"/>
        <w:numPr>
          <w:ilvl w:val="0"/>
          <w:numId w:val="12"/>
        </w:numPr>
      </w:pPr>
      <w:r w:rsidRPr="0078571A">
        <w:t>utilizzare dispositivi protetti da antivirus regolarmente aggiornato;</w:t>
      </w:r>
    </w:p>
    <w:p w14:paraId="73A9622B" w14:textId="0A9962E0" w:rsidR="006E65CD" w:rsidRPr="0078571A" w:rsidRDefault="00ED2ED4" w:rsidP="0014615A">
      <w:pPr>
        <w:pStyle w:val="Paragrafoelenco"/>
        <w:numPr>
          <w:ilvl w:val="0"/>
          <w:numId w:val="12"/>
        </w:numPr>
      </w:pPr>
      <w:r w:rsidRPr="0078571A">
        <w:t xml:space="preserve">non utilizzare il servizio per fini </w:t>
      </w:r>
      <w:r w:rsidRPr="0078571A">
        <w:t>personali;</w:t>
      </w:r>
    </w:p>
    <w:p w14:paraId="4427F6FE" w14:textId="40D373E8" w:rsidR="006E65CD" w:rsidRPr="0078571A" w:rsidRDefault="00ED2ED4" w:rsidP="0014615A">
      <w:pPr>
        <w:pStyle w:val="Paragrafoelenco"/>
        <w:numPr>
          <w:ilvl w:val="0"/>
          <w:numId w:val="12"/>
        </w:numPr>
      </w:pPr>
      <w:r w:rsidRPr="0078571A">
        <w:t>non collegare i dispositivi personali alla rete cablata;</w:t>
      </w:r>
    </w:p>
    <w:p w14:paraId="4C3B535A" w14:textId="57DAE29B" w:rsidR="006E65CD" w:rsidRPr="0078571A" w:rsidRDefault="00ED2ED4" w:rsidP="0014615A">
      <w:pPr>
        <w:pStyle w:val="Paragrafoelenco"/>
        <w:numPr>
          <w:ilvl w:val="0"/>
          <w:numId w:val="12"/>
        </w:numPr>
      </w:pPr>
      <w:r w:rsidRPr="0078571A">
        <w:t>non predisporre punti di accesso alla rete attraverso l'uso di dispositivi personali;</w:t>
      </w:r>
    </w:p>
    <w:p w14:paraId="1AF97ED0" w14:textId="71740C26" w:rsidR="006E65CD" w:rsidRPr="0078571A" w:rsidRDefault="00ED2ED4" w:rsidP="0014615A">
      <w:pPr>
        <w:pStyle w:val="Paragrafoelenco"/>
        <w:numPr>
          <w:ilvl w:val="0"/>
          <w:numId w:val="12"/>
        </w:numPr>
      </w:pPr>
      <w:r w:rsidRPr="0078571A">
        <w:t>comunicare tempestivamente all'Istituto l'eventuale furto, smarrimento o compromissione delle credenziali di accesso;</w:t>
      </w:r>
    </w:p>
    <w:p w14:paraId="789B28E0" w14:textId="678A1EF6" w:rsidR="0014615A" w:rsidRDefault="0014615A" w:rsidP="0014615A">
      <w:pPr>
        <w:pStyle w:val="Paragrafoelenco"/>
        <w:numPr>
          <w:ilvl w:val="0"/>
          <w:numId w:val="10"/>
        </w:numPr>
        <w:ind w:left="426"/>
      </w:pPr>
      <w:r w:rsidRPr="0078571A">
        <w:t>di essere consapevole che:</w:t>
      </w:r>
    </w:p>
    <w:p w14:paraId="5E4A4A94" w14:textId="1C9CE4C4" w:rsidR="006E65CD" w:rsidRPr="0078571A" w:rsidRDefault="00ED2ED4" w:rsidP="0014615A">
      <w:pPr>
        <w:pStyle w:val="Paragrafoelenco"/>
        <w:numPr>
          <w:ilvl w:val="0"/>
          <w:numId w:val="14"/>
        </w:numPr>
      </w:pPr>
      <w:r w:rsidRPr="0078571A">
        <w:t>l'Istituto può tracciare gli accessi alla rete WiFi per finalità tecniche e di sicurezza;</w:t>
      </w:r>
    </w:p>
    <w:p w14:paraId="631C0ADF" w14:textId="4228CE39" w:rsidR="006E65CD" w:rsidRPr="0078571A" w:rsidRDefault="00ED2ED4" w:rsidP="0014615A">
      <w:pPr>
        <w:pStyle w:val="Paragrafoelenco"/>
        <w:numPr>
          <w:ilvl w:val="0"/>
          <w:numId w:val="14"/>
        </w:numPr>
      </w:pPr>
      <w:r w:rsidRPr="0078571A">
        <w:t>le attività svolte sulla rete sono soggette a monitoraggio in forma aggregata e/o anonima;</w:t>
      </w:r>
    </w:p>
    <w:p w14:paraId="45D9F78F" w14:textId="21EBACEA" w:rsidR="006E65CD" w:rsidRPr="0078571A" w:rsidRDefault="00ED2ED4" w:rsidP="0014615A">
      <w:pPr>
        <w:pStyle w:val="Paragrafoelenco"/>
        <w:numPr>
          <w:ilvl w:val="0"/>
          <w:numId w:val="14"/>
        </w:numPr>
      </w:pPr>
      <w:r w:rsidRPr="0078571A">
        <w:t>l'Istituto può revocare l'accesso in qualsiasi momento per motivi tecnico-organizzativi o per l'inosservanza del regolamento;</w:t>
      </w:r>
    </w:p>
    <w:p w14:paraId="55FB0E07" w14:textId="70385F46" w:rsidR="006E65CD" w:rsidRPr="0078571A" w:rsidRDefault="00ED2ED4" w:rsidP="0014615A">
      <w:pPr>
        <w:pStyle w:val="Paragrafoelenco"/>
        <w:numPr>
          <w:ilvl w:val="0"/>
          <w:numId w:val="14"/>
        </w:numPr>
      </w:pPr>
      <w:r w:rsidRPr="0078571A">
        <w:t>ogni violazione del regolamento comporta la responsabilità personale delle azioni compiute;</w:t>
      </w:r>
    </w:p>
    <w:p w14:paraId="7CFC1D64" w14:textId="6145E2A4" w:rsidR="0014615A" w:rsidRPr="0078571A" w:rsidRDefault="0014615A" w:rsidP="0014615A">
      <w:pPr>
        <w:pStyle w:val="Paragrafoelenco"/>
        <w:numPr>
          <w:ilvl w:val="0"/>
          <w:numId w:val="10"/>
        </w:numPr>
        <w:ind w:left="426"/>
      </w:pPr>
      <w:r w:rsidRPr="0078571A">
        <w:t>di assumersi ogni responsabilità derivante dall'uso improprio del servizio e di impegnarsi a tenere indenne l'Istituto da qualsiasi pretesa o azione che dovesse essere rivolta all'Istituto medesimo da qualunque soggetto, in conseguenza di un uso improprio.</w:t>
      </w:r>
    </w:p>
    <w:p w14:paraId="7CF27840" w14:textId="77777777" w:rsidR="0014615A" w:rsidRDefault="0014615A"/>
    <w:p w14:paraId="1B55FDA9" w14:textId="0226831F" w:rsidR="006E65CD" w:rsidRPr="0078571A" w:rsidRDefault="00ED2ED4">
      <w:r w:rsidRPr="0078571A">
        <w:lastRenderedPageBreak/>
        <w:t xml:space="preserve">- </w:t>
      </w:r>
    </w:p>
    <w:p w14:paraId="4CF0EB13" w14:textId="77777777" w:rsidR="006E65CD" w:rsidRPr="0078571A" w:rsidRDefault="00ED2ED4">
      <w:r w:rsidRPr="0078571A">
        <w:br/>
        <w:t>Luogo e data ________________________</w:t>
      </w:r>
    </w:p>
    <w:p w14:paraId="517717F6" w14:textId="77777777" w:rsidR="006E65CD" w:rsidRDefault="00ED2ED4">
      <w:r w:rsidRPr="0078571A">
        <w:t>Firma ______________________________</w:t>
      </w:r>
    </w:p>
    <w:p w14:paraId="1DE92B09" w14:textId="206EAC49" w:rsidR="0014615A" w:rsidRPr="0078571A" w:rsidRDefault="0014615A">
      <w:r>
        <w:t>---------------------------------------------------------------------------------------------------------------------</w:t>
      </w:r>
    </w:p>
    <w:p w14:paraId="60DF0CF6" w14:textId="77777777" w:rsidR="006E65CD" w:rsidRPr="0078571A" w:rsidRDefault="00ED2ED4">
      <w:pPr>
        <w:pStyle w:val="Titolo2"/>
        <w:rPr>
          <w:color w:val="auto"/>
        </w:rPr>
      </w:pPr>
      <w:r w:rsidRPr="0078571A">
        <w:rPr>
          <w:color w:val="auto"/>
        </w:rPr>
        <w:t>SPAZIO RISERVATO ALL'ISTITUTO</w:t>
      </w:r>
    </w:p>
    <w:p w14:paraId="680115FA" w14:textId="45DFE2F1" w:rsidR="006E65CD" w:rsidRPr="0078571A" w:rsidRDefault="00ED2ED4">
      <w:r w:rsidRPr="0078571A">
        <w:t>Vista la richiesta, si autorizza l'accesso alla rete WiFi d'Istituto.</w:t>
      </w:r>
      <w:r w:rsidRPr="0078571A">
        <w:br/>
      </w:r>
    </w:p>
    <w:p w14:paraId="0CB50525" w14:textId="77777777" w:rsidR="006E65CD" w:rsidRPr="0078571A" w:rsidRDefault="00ED2ED4">
      <w:r w:rsidRPr="0078571A">
        <w:t>Il Dirigente Scolastico</w:t>
      </w:r>
      <w:r w:rsidRPr="0078571A">
        <w:br/>
        <w:t>________________________</w:t>
      </w:r>
    </w:p>
    <w:p w14:paraId="17931072" w14:textId="77777777" w:rsidR="006E65CD" w:rsidRDefault="00ED2ED4">
      <w:r w:rsidRPr="0078571A">
        <w:t>Data ________________</w:t>
      </w:r>
    </w:p>
    <w:sectPr w:rsidR="006E65CD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F991FDA" w14:textId="77777777" w:rsidR="00BD0533" w:rsidRDefault="00BD0533" w:rsidP="007A4131">
      <w:pPr>
        <w:spacing w:after="0" w:line="240" w:lineRule="auto"/>
      </w:pPr>
      <w:r>
        <w:separator/>
      </w:r>
    </w:p>
  </w:endnote>
  <w:endnote w:type="continuationSeparator" w:id="0">
    <w:p w14:paraId="0D8AD84E" w14:textId="77777777" w:rsidR="00BD0533" w:rsidRDefault="00BD0533" w:rsidP="007A41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0CAE85F" w14:textId="77777777" w:rsidR="00BD0533" w:rsidRDefault="00BD0533" w:rsidP="007A4131">
      <w:pPr>
        <w:spacing w:after="0" w:line="240" w:lineRule="auto"/>
      </w:pPr>
      <w:r>
        <w:separator/>
      </w:r>
    </w:p>
  </w:footnote>
  <w:footnote w:type="continuationSeparator" w:id="0">
    <w:p w14:paraId="2D9F7670" w14:textId="77777777" w:rsidR="00BD0533" w:rsidRDefault="00BD0533" w:rsidP="007A41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eroelenco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eroelenco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Puntoelenco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Puntoelenco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184F420D"/>
    <w:multiLevelType w:val="hybridMultilevel"/>
    <w:tmpl w:val="B85ADD62"/>
    <w:lvl w:ilvl="0" w:tplc="EB5CDE54">
      <w:numFmt w:val="bullet"/>
      <w:lvlText w:val="-"/>
      <w:lvlJc w:val="left"/>
      <w:pPr>
        <w:ind w:left="450" w:hanging="360"/>
      </w:pPr>
      <w:rPr>
        <w:rFonts w:ascii="Cambria" w:eastAsiaTheme="minorEastAsia" w:hAnsi="Cambria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10" w15:restartNumberingAfterBreak="0">
    <w:nsid w:val="2E6B6E89"/>
    <w:multiLevelType w:val="hybridMultilevel"/>
    <w:tmpl w:val="6F98879C"/>
    <w:lvl w:ilvl="0" w:tplc="295E4CDE"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E4F76F5"/>
    <w:multiLevelType w:val="hybridMultilevel"/>
    <w:tmpl w:val="B21A1B14"/>
    <w:lvl w:ilvl="0" w:tplc="295E4CDE"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A337520"/>
    <w:multiLevelType w:val="hybridMultilevel"/>
    <w:tmpl w:val="21201E7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88A0771"/>
    <w:multiLevelType w:val="hybridMultilevel"/>
    <w:tmpl w:val="61A43DC0"/>
    <w:lvl w:ilvl="0" w:tplc="295E4CDE"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04838466">
    <w:abstractNumId w:val="8"/>
  </w:num>
  <w:num w:numId="2" w16cid:durableId="1031221245">
    <w:abstractNumId w:val="6"/>
  </w:num>
  <w:num w:numId="3" w16cid:durableId="505174780">
    <w:abstractNumId w:val="5"/>
  </w:num>
  <w:num w:numId="4" w16cid:durableId="2077512565">
    <w:abstractNumId w:val="4"/>
  </w:num>
  <w:num w:numId="5" w16cid:durableId="1265766993">
    <w:abstractNumId w:val="7"/>
  </w:num>
  <w:num w:numId="6" w16cid:durableId="1995330998">
    <w:abstractNumId w:val="3"/>
  </w:num>
  <w:num w:numId="7" w16cid:durableId="378359001">
    <w:abstractNumId w:val="2"/>
  </w:num>
  <w:num w:numId="8" w16cid:durableId="145905010">
    <w:abstractNumId w:val="1"/>
  </w:num>
  <w:num w:numId="9" w16cid:durableId="2632255">
    <w:abstractNumId w:val="0"/>
  </w:num>
  <w:num w:numId="10" w16cid:durableId="1427768162">
    <w:abstractNumId w:val="12"/>
  </w:num>
  <w:num w:numId="11" w16cid:durableId="903222983">
    <w:abstractNumId w:val="10"/>
  </w:num>
  <w:num w:numId="12" w16cid:durableId="1548907429">
    <w:abstractNumId w:val="11"/>
  </w:num>
  <w:num w:numId="13" w16cid:durableId="1353843514">
    <w:abstractNumId w:val="9"/>
  </w:num>
  <w:num w:numId="14" w16cid:durableId="115449324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0FA9"/>
    <w:rsid w:val="00034616"/>
    <w:rsid w:val="0006063C"/>
    <w:rsid w:val="000A7A02"/>
    <w:rsid w:val="001355FE"/>
    <w:rsid w:val="0014615A"/>
    <w:rsid w:val="0015074B"/>
    <w:rsid w:val="0029639D"/>
    <w:rsid w:val="002E7E18"/>
    <w:rsid w:val="00307125"/>
    <w:rsid w:val="00326F90"/>
    <w:rsid w:val="00693597"/>
    <w:rsid w:val="006E65CD"/>
    <w:rsid w:val="0078571A"/>
    <w:rsid w:val="007A4131"/>
    <w:rsid w:val="008C1ACD"/>
    <w:rsid w:val="00AA1D8D"/>
    <w:rsid w:val="00B47730"/>
    <w:rsid w:val="00BD0533"/>
    <w:rsid w:val="00CB0664"/>
    <w:rsid w:val="00EB7CFD"/>
    <w:rsid w:val="00ED2ED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A43549B"/>
  <w14:defaultImageDpi w14:val="330"/>
  <w15:docId w15:val="{DF7BF60B-86E8-4B41-89B9-1F1DB24AF4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C693F"/>
    <w:rPr>
      <w:lang w:val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618BF"/>
  </w:style>
  <w:style w:type="paragraph" w:styleId="Pidipagina">
    <w:name w:val="footer"/>
    <w:basedOn w:val="Normale"/>
    <w:link w:val="Pidipagina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618BF"/>
  </w:style>
  <w:style w:type="paragraph" w:styleId="Nessunaspaziatura">
    <w:name w:val="No Spacing"/>
    <w:uiPriority w:val="1"/>
    <w:qFormat/>
    <w:rsid w:val="00FC693F"/>
    <w:pPr>
      <w:spacing w:after="0" w:line="240" w:lineRule="auto"/>
    </w:pPr>
  </w:style>
  <w:style w:type="character" w:customStyle="1" w:styleId="Titolo1Carattere">
    <w:name w:val="Titolo 1 Carattere"/>
    <w:basedOn w:val="Carpredefinitoparagrafo"/>
    <w:link w:val="Tito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olo2Carattere">
    <w:name w:val="Titolo 2 Carattere"/>
    <w:basedOn w:val="Carpredefinitoparagrafo"/>
    <w:link w:val="Tito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">
    <w:name w:val="Title"/>
    <w:basedOn w:val="Normale"/>
    <w:next w:val="Normale"/>
    <w:link w:val="TitoloCarattere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oloCarattere">
    <w:name w:val="Titolo Carattere"/>
    <w:basedOn w:val="Carpredefinitoparagrafo"/>
    <w:link w:val="Tito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FC693F"/>
    <w:pPr>
      <w:ind w:left="720"/>
      <w:contextualSpacing/>
    </w:pPr>
  </w:style>
  <w:style w:type="paragraph" w:styleId="Corpotesto">
    <w:name w:val="Body Text"/>
    <w:basedOn w:val="Normale"/>
    <w:link w:val="CorpotestoCarattere"/>
    <w:uiPriority w:val="99"/>
    <w:unhideWhenUsed/>
    <w:rsid w:val="00AA1D8D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AA1D8D"/>
  </w:style>
  <w:style w:type="paragraph" w:styleId="Corpodeltesto2">
    <w:name w:val="Body Text 2"/>
    <w:basedOn w:val="Normale"/>
    <w:link w:val="Corpodeltesto2Carattere"/>
    <w:uiPriority w:val="99"/>
    <w:unhideWhenUsed/>
    <w:rsid w:val="00AA1D8D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AA1D8D"/>
  </w:style>
  <w:style w:type="paragraph" w:styleId="Corpodeltesto3">
    <w:name w:val="Body Text 3"/>
    <w:basedOn w:val="Normale"/>
    <w:link w:val="Corpodeltesto3Carattere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rsid w:val="00AA1D8D"/>
    <w:rPr>
      <w:sz w:val="16"/>
      <w:szCs w:val="16"/>
    </w:rPr>
  </w:style>
  <w:style w:type="paragraph" w:styleId="Elenco">
    <w:name w:val="List"/>
    <w:basedOn w:val="Normale"/>
    <w:uiPriority w:val="99"/>
    <w:unhideWhenUsed/>
    <w:rsid w:val="00AA1D8D"/>
    <w:pPr>
      <w:ind w:left="360" w:hanging="360"/>
      <w:contextualSpacing/>
    </w:pPr>
  </w:style>
  <w:style w:type="paragraph" w:styleId="Elenco2">
    <w:name w:val="List 2"/>
    <w:basedOn w:val="Normale"/>
    <w:uiPriority w:val="99"/>
    <w:unhideWhenUsed/>
    <w:rsid w:val="00326F90"/>
    <w:pPr>
      <w:ind w:left="720" w:hanging="360"/>
      <w:contextualSpacing/>
    </w:pPr>
  </w:style>
  <w:style w:type="paragraph" w:styleId="Elenco3">
    <w:name w:val="List 3"/>
    <w:basedOn w:val="Normale"/>
    <w:uiPriority w:val="99"/>
    <w:unhideWhenUsed/>
    <w:rsid w:val="00326F90"/>
    <w:pPr>
      <w:ind w:left="1080" w:hanging="360"/>
      <w:contextualSpacing/>
    </w:pPr>
  </w:style>
  <w:style w:type="paragraph" w:styleId="Puntoelenco">
    <w:name w:val="List Bullet"/>
    <w:basedOn w:val="Normale"/>
    <w:uiPriority w:val="99"/>
    <w:unhideWhenUsed/>
    <w:rsid w:val="00326F90"/>
    <w:pPr>
      <w:numPr>
        <w:numId w:val="1"/>
      </w:numPr>
      <w:contextualSpacing/>
    </w:pPr>
  </w:style>
  <w:style w:type="paragraph" w:styleId="Puntoelenco2">
    <w:name w:val="List Bullet 2"/>
    <w:basedOn w:val="Normale"/>
    <w:uiPriority w:val="99"/>
    <w:unhideWhenUsed/>
    <w:rsid w:val="00326F90"/>
    <w:pPr>
      <w:numPr>
        <w:numId w:val="2"/>
      </w:numPr>
      <w:contextualSpacing/>
    </w:pPr>
  </w:style>
  <w:style w:type="paragraph" w:styleId="Puntoelenco3">
    <w:name w:val="List Bullet 3"/>
    <w:basedOn w:val="Normale"/>
    <w:uiPriority w:val="99"/>
    <w:unhideWhenUsed/>
    <w:rsid w:val="00326F90"/>
    <w:pPr>
      <w:numPr>
        <w:numId w:val="3"/>
      </w:numPr>
      <w:contextualSpacing/>
    </w:pPr>
  </w:style>
  <w:style w:type="paragraph" w:styleId="Numeroelenco">
    <w:name w:val="List Number"/>
    <w:basedOn w:val="Normale"/>
    <w:uiPriority w:val="99"/>
    <w:unhideWhenUsed/>
    <w:rsid w:val="00326F90"/>
    <w:pPr>
      <w:numPr>
        <w:numId w:val="5"/>
      </w:numPr>
      <w:contextualSpacing/>
    </w:pPr>
  </w:style>
  <w:style w:type="paragraph" w:styleId="Numeroelenco2">
    <w:name w:val="List Number 2"/>
    <w:basedOn w:val="Normale"/>
    <w:uiPriority w:val="99"/>
    <w:unhideWhenUsed/>
    <w:rsid w:val="0029639D"/>
    <w:pPr>
      <w:numPr>
        <w:numId w:val="6"/>
      </w:numPr>
      <w:contextualSpacing/>
    </w:pPr>
  </w:style>
  <w:style w:type="paragraph" w:styleId="Numeroelenco3">
    <w:name w:val="List Number 3"/>
    <w:basedOn w:val="Normale"/>
    <w:uiPriority w:val="99"/>
    <w:unhideWhenUsed/>
    <w:rsid w:val="0029639D"/>
    <w:pPr>
      <w:numPr>
        <w:numId w:val="7"/>
      </w:numPr>
      <w:contextualSpacing/>
    </w:pPr>
  </w:style>
  <w:style w:type="paragraph" w:styleId="Elencocontinua">
    <w:name w:val="List Continue"/>
    <w:basedOn w:val="Normale"/>
    <w:uiPriority w:val="99"/>
    <w:unhideWhenUsed/>
    <w:rsid w:val="0029639D"/>
    <w:pPr>
      <w:spacing w:after="120"/>
      <w:ind w:left="360"/>
      <w:contextualSpacing/>
    </w:pPr>
  </w:style>
  <w:style w:type="paragraph" w:styleId="Elencocontinua2">
    <w:name w:val="List Continue 2"/>
    <w:basedOn w:val="Normale"/>
    <w:uiPriority w:val="99"/>
    <w:unhideWhenUsed/>
    <w:rsid w:val="0029639D"/>
    <w:pPr>
      <w:spacing w:after="120"/>
      <w:ind w:left="720"/>
      <w:contextualSpacing/>
    </w:pPr>
  </w:style>
  <w:style w:type="paragraph" w:styleId="Elencocontinua3">
    <w:name w:val="List Continue 3"/>
    <w:basedOn w:val="Normale"/>
    <w:uiPriority w:val="99"/>
    <w:unhideWhenUsed/>
    <w:rsid w:val="0029639D"/>
    <w:pPr>
      <w:spacing w:after="120"/>
      <w:ind w:left="1080"/>
      <w:contextualSpacing/>
    </w:pPr>
  </w:style>
  <w:style w:type="paragraph" w:styleId="Testomacro">
    <w:name w:val="macro"/>
    <w:link w:val="TestomacroCarattere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stomacroCarattere">
    <w:name w:val="Testo macro Carattere"/>
    <w:basedOn w:val="Carpredefinitoparagrafo"/>
    <w:link w:val="Testomacro"/>
    <w:uiPriority w:val="99"/>
    <w:rsid w:val="0029639D"/>
    <w:rPr>
      <w:rFonts w:ascii="Courier" w:hAnsi="Courier"/>
      <w:sz w:val="20"/>
      <w:szCs w:val="20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C693F"/>
    <w:rPr>
      <w:i/>
      <w:iCs/>
      <w:color w:val="000000" w:themeColor="text1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C693F"/>
    <w:rPr>
      <w:i/>
      <w:iCs/>
      <w:color w:val="000000" w:themeColor="text1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Enfasigrassetto">
    <w:name w:val="Strong"/>
    <w:basedOn w:val="Carpredefinitoparagrafo"/>
    <w:uiPriority w:val="22"/>
    <w:qFormat/>
    <w:rsid w:val="00FC693F"/>
    <w:rPr>
      <w:b/>
      <w:bCs/>
    </w:rPr>
  </w:style>
  <w:style w:type="character" w:styleId="Enfasicorsivo">
    <w:name w:val="Emphasis"/>
    <w:basedOn w:val="Carpredefinitoparagrafo"/>
    <w:uiPriority w:val="20"/>
    <w:qFormat/>
    <w:rsid w:val="00FC693F"/>
    <w:rPr>
      <w:i/>
      <w:iCs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C693F"/>
    <w:rPr>
      <w:b/>
      <w:bCs/>
      <w:i/>
      <w:iCs/>
      <w:color w:val="4F81BD" w:themeColor="accent1"/>
    </w:rPr>
  </w:style>
  <w:style w:type="character" w:styleId="Enfasidelicata">
    <w:name w:val="Subtle Emphasis"/>
    <w:basedOn w:val="Carpredefinitoparagrafo"/>
    <w:uiPriority w:val="19"/>
    <w:qFormat/>
    <w:rsid w:val="00FC693F"/>
    <w:rPr>
      <w:i/>
      <w:iCs/>
      <w:color w:val="808080" w:themeColor="text1" w:themeTint="7F"/>
    </w:rPr>
  </w:style>
  <w:style w:type="character" w:styleId="Enfasiintensa">
    <w:name w:val="Intense Emphasis"/>
    <w:basedOn w:val="Carpredefinitoparagrafo"/>
    <w:uiPriority w:val="21"/>
    <w:qFormat/>
    <w:rsid w:val="00FC693F"/>
    <w:rPr>
      <w:b/>
      <w:bCs/>
      <w:i/>
      <w:iCs/>
      <w:color w:val="4F81BD" w:themeColor="accent1"/>
    </w:rPr>
  </w:style>
  <w:style w:type="character" w:styleId="Riferimentodelicato">
    <w:name w:val="Subtle Reference"/>
    <w:basedOn w:val="Carpredefinitoparagrafo"/>
    <w:uiPriority w:val="31"/>
    <w:qFormat/>
    <w:rsid w:val="00FC693F"/>
    <w:rPr>
      <w:smallCaps/>
      <w:color w:val="C0504D" w:themeColor="accent2"/>
      <w:u w:val="single"/>
    </w:rPr>
  </w:style>
  <w:style w:type="character" w:styleId="Riferimentointenso">
    <w:name w:val="Intense Reference"/>
    <w:basedOn w:val="Carpredefinitoparagraf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olodellibro">
    <w:name w:val="Book Title"/>
    <w:basedOn w:val="Carpredefinitoparagrafo"/>
    <w:uiPriority w:val="33"/>
    <w:qFormat/>
    <w:rsid w:val="00FC693F"/>
    <w:rPr>
      <w:b/>
      <w:bCs/>
      <w:smallCaps/>
      <w:spacing w:val="5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FC693F"/>
    <w:pPr>
      <w:outlineLvl w:val="9"/>
    </w:pPr>
  </w:style>
  <w:style w:type="table" w:styleId="Grigliatabella">
    <w:name w:val="Table Grid"/>
    <w:basedOn w:val="Tabellanormale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fondochiaro">
    <w:name w:val="Light Shading"/>
    <w:basedOn w:val="Tabellanormale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fondochiaro-Colore1">
    <w:name w:val="Light Shading Accent 1"/>
    <w:basedOn w:val="Tabellanormale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fondochiaro-Colore2">
    <w:name w:val="Light Shading Accent 2"/>
    <w:basedOn w:val="Tabellanormale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fondochiaro-Colore3">
    <w:name w:val="Light Shading Accent 3"/>
    <w:basedOn w:val="Tabellanormale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fondochiaro-Colore4">
    <w:name w:val="Light Shading Accent 4"/>
    <w:basedOn w:val="Tabellanormale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fondochiaro-Colore5">
    <w:name w:val="Light Shading Accent 5"/>
    <w:basedOn w:val="Tabellanormale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fondochiaro-Colore6">
    <w:name w:val="Light Shading Accent 6"/>
    <w:basedOn w:val="Tabellanormale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Elencochiaro">
    <w:name w:val="Light List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Elencochiaro-Colore1">
    <w:name w:val="Light List Accent 1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Elencochiaro-Colore2">
    <w:name w:val="Light List Accent 2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Elencochiaro-Colore3">
    <w:name w:val="Light List Accent 3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Elencochiaro-Colore4">
    <w:name w:val="Light List Accent 4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Elencochiaro-Colore5">
    <w:name w:val="Light List Accent 5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Elencochiaro-Colore6">
    <w:name w:val="Light List Accent 6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gliachiara">
    <w:name w:val="Light Grid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gliachiara-Colore1">
    <w:name w:val="Light Grid Accent 1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gliachiara-Colore2">
    <w:name w:val="Light Grid Accent 2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gliachiara-Colore3">
    <w:name w:val="Light Grid Accent 3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gliachiara-Colore4">
    <w:name w:val="Light Grid Accent 4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gliachiara-Colore5">
    <w:name w:val="Light Grid Accent 5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gliachiara-Colore6">
    <w:name w:val="Light Grid Accent 6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fondomedio1">
    <w:name w:val="Medium Shading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1">
    <w:name w:val="Medium Shading 1 Accent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2">
    <w:name w:val="Medium Shading 1 Accent 2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3">
    <w:name w:val="Medium Shading 1 Accent 3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4">
    <w:name w:val="Medium Shading 1 Accent 4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5">
    <w:name w:val="Medium Shading 1 Accent 5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6">
    <w:name w:val="Medium Shading 1 Accent 6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2">
    <w:name w:val="Medium Shading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1">
    <w:name w:val="Medium Shading 2 Accent 1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2">
    <w:name w:val="Medium Shading 2 Accent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3">
    <w:name w:val="Medium Shading 2 Accent 3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4">
    <w:name w:val="Medium Shading 2 Accent 4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5">
    <w:name w:val="Medium Shading 2 Accent 5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6">
    <w:name w:val="Medium Shading 2 Accent 6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Elencomedio1">
    <w:name w:val="Medium Lis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Elencomedio1-Colore1">
    <w:name w:val="Medium List 1 Accen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Elencomedio1-Colore2">
    <w:name w:val="Medium List 1 Accent 2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Elencomedio1-Colore3">
    <w:name w:val="Medium List 1 Accent 3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Elencomedio1-Colore4">
    <w:name w:val="Medium List 1 Accent 4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Elencomedio1-Colore5">
    <w:name w:val="Medium List 1 Accent 5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Elencomedio1-Colore6">
    <w:name w:val="Medium List 1 Accent 6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Elencomedio2">
    <w:name w:val="Medium Lis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1">
    <w:name w:val="Medium List 2 Accent 1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2">
    <w:name w:val="Medium List 2 Accen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3">
    <w:name w:val="Medium List 2 Accent 3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4">
    <w:name w:val="Medium List 2 Accent 4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5">
    <w:name w:val="Medium List 2 Accent 5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6">
    <w:name w:val="Medium List 2 Accent 6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gliamedia1">
    <w:name w:val="Medium Grid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media1-Colore1">
    <w:name w:val="Medium Grid 1 Accent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media1-Colore2">
    <w:name w:val="Medium Grid 1 Accent 2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media1-Colore3">
    <w:name w:val="Medium Grid 1 Accent 3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media1-Colore4">
    <w:name w:val="Medium Grid 1 Accent 4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media1-Colore5">
    <w:name w:val="Medium Grid 1 Accent 5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media1-Colore6">
    <w:name w:val="Medium Grid 1 Accent 6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gliamedia2">
    <w:name w:val="Medium Grid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1">
    <w:name w:val="Medium Grid 2 Accent 1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2">
    <w:name w:val="Medium Grid 2 Accent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3">
    <w:name w:val="Medium Grid 2 Accent 3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4">
    <w:name w:val="Medium Grid 2 Accent 4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5">
    <w:name w:val="Medium Grid 2 Accent 5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6">
    <w:name w:val="Medium Grid 2 Accent 6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3">
    <w:name w:val="Medium Grid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gliamedia3-Colore1">
    <w:name w:val="Medium Grid 3 Accent 1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gliamedia3-Colore2">
    <w:name w:val="Medium Grid 3 Accent 2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gliamedia3-Colore3">
    <w:name w:val="Medium Grid 3 Accent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gliamedia3-Colore4">
    <w:name w:val="Medium Grid 3 Accent 4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gliamedia3-Colore5">
    <w:name w:val="Medium Grid 3 Accent 5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gliamedia3-Colore6">
    <w:name w:val="Medium Grid 3 Accent 6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Elencoscuro">
    <w:name w:val="Dark List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Elencoscuro-Colore1">
    <w:name w:val="Dark List Accent 1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Elencoscuro-Colore2">
    <w:name w:val="Dark List Accent 2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Elencoscuro-Colore3">
    <w:name w:val="Dark List Accent 3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Elencoscuro-Colore4">
    <w:name w:val="Dark List Accent 4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Elencoscuro-Colore5">
    <w:name w:val="Dark List Accent 5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Elencoscuro-Colore6">
    <w:name w:val="Dark List Accent 6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fondoacolori">
    <w:name w:val="Colorful Shading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1">
    <w:name w:val="Colorful Shading Accent 1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2">
    <w:name w:val="Colorful Shading Accent 2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3">
    <w:name w:val="Colorful Shading Accent 3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fondoacolori-Colore4">
    <w:name w:val="Colorful Shading Accent 4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5">
    <w:name w:val="Colorful Shading Accent 5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6">
    <w:name w:val="Colorful Shading Accent 6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Elencoacolori">
    <w:name w:val="Colorful List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Elencoacolori-Colore1">
    <w:name w:val="Colorful List Accent 1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Elencoacolori-Colore2">
    <w:name w:val="Colorful List Accent 2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Elencoacolori-Colore3">
    <w:name w:val="Colorful List Accent 3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Elencoacolori-Colore4">
    <w:name w:val="Colorful List Accent 4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Elencoacolori-Colore5">
    <w:name w:val="Colorful List Accent 5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Elencoacolori-Colore6">
    <w:name w:val="Colorful List Accent 6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gliaacolori">
    <w:name w:val="Colorful Grid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acolori-Colore1">
    <w:name w:val="Colorful Grid Accent 1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acolori-Colore2">
    <w:name w:val="Colorful Grid Accent 2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acolori-Colore3">
    <w:name w:val="Colorful Grid Accent 3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acolori-Colore4">
    <w:name w:val="Colorful Grid Accent 4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acolori-Colore5">
    <w:name w:val="Colorful Grid Accent 5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acolori-Colore6">
    <w:name w:val="Colorful Grid Accent 6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C95EBC48-7B0C-48F5-8054-97A1A672C4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342</Words>
  <Characters>1954</Characters>
  <Application>Microsoft Office Word</Application>
  <DocSecurity>0</DocSecurity>
  <Lines>16</Lines>
  <Paragraphs>4</Paragraphs>
  <ScaleCrop>false</ScaleCrop>
  <Manager/>
  <Company/>
  <LinksUpToDate>false</LinksUpToDate>
  <CharactersWithSpaces>2292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Ufficio Person2</dc:creator>
  <cp:keywords/>
  <dc:description/>
  <cp:lastModifiedBy>Ufficio Person2</cp:lastModifiedBy>
  <cp:revision>2</cp:revision>
  <dcterms:created xsi:type="dcterms:W3CDTF">2024-12-23T11:31:00Z</dcterms:created>
  <dcterms:modified xsi:type="dcterms:W3CDTF">2024-12-23T11:31:00Z</dcterms:modified>
  <cp:category/>
</cp:coreProperties>
</file>